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מהתגוננות להכרזה – מאי 1948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מטרות תוכנית ד׳ ואת חשיבות מבצע נחשון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השיקולים בעד ונגד הכרזה על מדינה במאי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עיבוד ממגילת העצמאות ולזהות בו נימוקים ועקרונות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לפרוץ את הדרך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14 במאי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צבאות מדינות ערב פלשו לארץ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ההצלחה הייתה זמנית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מנהלת העם התלבטה מאוד לפני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עם ההכרזה אפשר היה לעלות בלי הגבלות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(מעבר מהתגוננות ליוזמה)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(פריצת הדרך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(נפל ערב ההכרזה)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(הכרזה על הקמת המדינה)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אישור תוכנית ד׳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מבצע נחשון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נפילת גוש עציון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הכרזת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מקור – מגילת העצמאות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 היסטורית של העם היהודי בארצו; החלטת האו״ם מנובמבר 1947; השואה כהוכחה להכרח בפתרון לבעיית העם היהודי.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פריצת דרך לירושלים באפריל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היסטורית / החלטת האו״ם / השואה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פלישת צבאות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בהצבעת 'לחכות או להכריז' ולחזור עליה בסוף השיעור להשוואה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בניתוח המקור כדאי להדגיש את שלושת סוגי הנימוקים: היסטורי-דתי, בין-לאומי והומניטרי-לאומי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להסתפק בחלקי mc, tf ו-fill ולדלג על המשימות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מהתגוננות להכרזה – מאי 1948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בתוך כחודש וחצי עבר היישוב ממצב של התגוננות למצב של יוזמה והכרזה על מדינה. דף זה עוסק בתוכנית ד׳, בקרבות גוש עציון ובהחלטה הדרמטית להכריז על הקמת מדינת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ד׳  ·  נחשון  ·  עציון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הייתה מטרת מבצע נחשון?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לפרוץ את הדרך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לכבוש את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להגן על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תאריך הוכרזה מדינת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29 בנובמבר 1947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14 במאי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 באוגוסט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קרה מיד אחרי ההכרזה?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הבריטים חזרו לשלוט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נחתם הסכם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צבאות מדינות ערב פלשו לארץ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 נחשון פתח את הדרך לירושלים לצמיתות.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ההחלטה להכריז על המדינה הייתה פה אחד וללא התלבטות.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ההכרזה ביטלה את מגבלות העלייה של הספר הלבן.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תוכנית __________ סימנה מעבר מהתגוננות ליוזמה.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מבצע __________ נועד לפרוץ את הדרך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גוש __________ נפל ב־13–14 במאי 1948.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תוכנית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הכרזה על הקמת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מבצע נחשון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נפל ערב ההכרזה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גוש עציון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פריצת הדרך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מגילת העצמאות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מעבר מהתגוננות ליוזמה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הכרזת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נפילת גוש עציון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 נחשון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אישור תוכנית ד׳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ניתוח מקור – מגילת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ציינו שני נימוקים שהמגילה מביאה להקמת המדינה.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מבצע נחשון?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נימוק אחד ממגילת העצמאות להקמת המדינה.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מהתגוננות להכרזה – מאי 1948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